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915" w:rsidRPr="00EB20D4" w:rsidRDefault="00E66B0D" w:rsidP="00A66F5B">
      <w:pPr>
        <w:spacing w:after="120"/>
        <w:jc w:val="center"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06</w:t>
      </w:r>
      <w:r w:rsidR="00EB20D4" w:rsidRPr="00EB20D4">
        <w:rPr>
          <w:b/>
          <w:color w:val="000000" w:themeColor="text1"/>
          <w:lang w:val="ru-RU"/>
        </w:rPr>
        <w:t>.10.2026 г. № 35</w:t>
      </w:r>
      <w:r w:rsidR="00CB16ED" w:rsidRPr="00EB20D4">
        <w:rPr>
          <w:b/>
          <w:color w:val="000000" w:themeColor="text1"/>
          <w:lang w:val="ru-RU"/>
        </w:rPr>
        <w:t>-П</w:t>
      </w:r>
    </w:p>
    <w:p w:rsidR="00114915" w:rsidRPr="00A66F5B" w:rsidRDefault="00CB16ED">
      <w:pPr>
        <w:spacing w:after="120"/>
        <w:jc w:val="center"/>
        <w:rPr>
          <w:lang w:val="ru-RU"/>
        </w:rPr>
      </w:pPr>
      <w:r w:rsidRPr="00A66F5B">
        <w:rPr>
          <w:b/>
          <w:lang w:val="ru-RU"/>
        </w:rPr>
        <w:t>РОССИЙСКАЯ ФЕДЕРАЦИЯ</w:t>
      </w:r>
    </w:p>
    <w:p w:rsidR="00114915" w:rsidRPr="00A66F5B" w:rsidRDefault="00CB16ED">
      <w:pPr>
        <w:spacing w:after="120"/>
        <w:jc w:val="center"/>
        <w:rPr>
          <w:lang w:val="ru-RU"/>
        </w:rPr>
      </w:pPr>
      <w:r w:rsidRPr="00A66F5B">
        <w:rPr>
          <w:b/>
          <w:lang w:val="ru-RU"/>
        </w:rPr>
        <w:t>ИРКУТСКАЯ ОБЛАСТЬ</w:t>
      </w:r>
    </w:p>
    <w:p w:rsidR="00114915" w:rsidRPr="00A66F5B" w:rsidRDefault="00CB16ED">
      <w:pPr>
        <w:spacing w:after="120"/>
        <w:jc w:val="center"/>
        <w:rPr>
          <w:lang w:val="ru-RU"/>
        </w:rPr>
      </w:pPr>
      <w:r w:rsidRPr="00A66F5B">
        <w:rPr>
          <w:b/>
          <w:lang w:val="ru-RU"/>
        </w:rPr>
        <w:t>АЛАРСКИЙ МУНИЦИПАЛЬНЫЙ РАЙОН</w:t>
      </w:r>
    </w:p>
    <w:p w:rsidR="00114915" w:rsidRPr="00A66F5B" w:rsidRDefault="00CB16ED">
      <w:pPr>
        <w:spacing w:after="120"/>
        <w:jc w:val="center"/>
        <w:rPr>
          <w:lang w:val="ru-RU"/>
        </w:rPr>
      </w:pPr>
      <w:r w:rsidRPr="00A66F5B">
        <w:rPr>
          <w:b/>
          <w:lang w:val="ru-RU"/>
        </w:rPr>
        <w:t>МУНИЦИПАЛЬНОЕ ОБРАЗОВАНИЕ «МАНИЛОВСК»</w:t>
      </w:r>
    </w:p>
    <w:p w:rsidR="00114915" w:rsidRPr="00A66F5B" w:rsidRDefault="00CB16ED">
      <w:pPr>
        <w:spacing w:after="360"/>
        <w:jc w:val="center"/>
        <w:rPr>
          <w:lang w:val="ru-RU"/>
        </w:rPr>
      </w:pPr>
      <w:r w:rsidRPr="00A66F5B">
        <w:rPr>
          <w:b/>
          <w:lang w:val="ru-RU"/>
        </w:rPr>
        <w:t>АДМИНИСТРАЦИЯ</w:t>
      </w:r>
    </w:p>
    <w:p w:rsidR="00114915" w:rsidRPr="00A66F5B" w:rsidRDefault="00CB16ED">
      <w:pPr>
        <w:spacing w:after="120"/>
        <w:jc w:val="center"/>
        <w:rPr>
          <w:lang w:val="ru-RU"/>
        </w:rPr>
      </w:pPr>
      <w:r w:rsidRPr="00A66F5B">
        <w:rPr>
          <w:b/>
          <w:lang w:val="ru-RU"/>
        </w:rPr>
        <w:t>ПОСТАНОВЛЕНИЕ</w:t>
      </w:r>
    </w:p>
    <w:p w:rsidR="00114915" w:rsidRPr="00A66F5B" w:rsidRDefault="00CB16ED">
      <w:pPr>
        <w:spacing w:after="240"/>
        <w:jc w:val="center"/>
        <w:rPr>
          <w:lang w:val="ru-RU"/>
        </w:rPr>
      </w:pPr>
      <w:r w:rsidRPr="00A66F5B">
        <w:rPr>
          <w:b/>
          <w:lang w:val="ru-RU"/>
        </w:rPr>
        <w:t>О ПРИСВОЕНИИ АДРЕСОВ ОБЪЕКТАМ АДРЕСАЦИИ</w:t>
      </w:r>
    </w:p>
    <w:p w:rsidR="00114915" w:rsidRPr="00A66F5B" w:rsidRDefault="00CB16ED">
      <w:pPr>
        <w:spacing w:after="120"/>
        <w:jc w:val="both"/>
        <w:rPr>
          <w:lang w:val="ru-RU"/>
        </w:rPr>
      </w:pPr>
      <w:r w:rsidRPr="00A66F5B">
        <w:rPr>
          <w:lang w:val="ru-RU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„Об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 администрация муниципального образования «Маниловск»</w:t>
      </w:r>
    </w:p>
    <w:p w:rsidR="00114915" w:rsidRPr="00A66F5B" w:rsidRDefault="00CB16ED">
      <w:pPr>
        <w:spacing w:after="120"/>
        <w:jc w:val="center"/>
        <w:rPr>
          <w:lang w:val="ru-RU"/>
        </w:rPr>
      </w:pPr>
      <w:r w:rsidRPr="00A66F5B">
        <w:rPr>
          <w:b/>
          <w:lang w:val="ru-RU"/>
        </w:rPr>
        <w:t>ПОСТАНОВЛЯЕТ:</w:t>
      </w:r>
    </w:p>
    <w:p w:rsidR="00114915" w:rsidRPr="00A66F5B" w:rsidRDefault="00CB16ED">
      <w:pPr>
        <w:spacing w:after="120"/>
        <w:jc w:val="both"/>
        <w:rPr>
          <w:lang w:val="ru-RU"/>
        </w:rPr>
      </w:pPr>
      <w:r w:rsidRPr="00A66F5B">
        <w:rPr>
          <w:lang w:val="ru-RU"/>
        </w:rPr>
        <w:t>1. Присвоить адреса объектам адресации в соответствии с приложением № 1 к настоящему постановлению.</w:t>
      </w:r>
    </w:p>
    <w:p w:rsidR="00114915" w:rsidRPr="00A66F5B" w:rsidRDefault="00CB16ED">
      <w:pPr>
        <w:spacing w:after="120"/>
        <w:jc w:val="both"/>
        <w:rPr>
          <w:lang w:val="ru-RU"/>
        </w:rPr>
      </w:pPr>
      <w:r w:rsidRPr="00A66F5B">
        <w:rPr>
          <w:lang w:val="ru-RU"/>
        </w:rPr>
        <w:t>2. Обеспечить внесение сведений об адресах объектов, указанных в приложении № 1, в Государственный адресный реестр.</w:t>
      </w:r>
    </w:p>
    <w:p w:rsidR="00114915" w:rsidRPr="00A66F5B" w:rsidRDefault="00CB16ED">
      <w:pPr>
        <w:spacing w:after="120"/>
        <w:jc w:val="both"/>
        <w:rPr>
          <w:lang w:val="ru-RU"/>
        </w:rPr>
      </w:pPr>
      <w:r w:rsidRPr="00A66F5B">
        <w:rPr>
          <w:lang w:val="ru-RU"/>
        </w:rPr>
        <w:t>3. Контроль за исполнением настоящего постановления возложить на главу администрации муниципального образования «Маниловск».</w:t>
      </w:r>
    </w:p>
    <w:p w:rsidR="00114915" w:rsidRDefault="00CB16ED">
      <w:pPr>
        <w:spacing w:after="120"/>
        <w:jc w:val="both"/>
        <w:rPr>
          <w:lang w:val="ru-RU"/>
        </w:rPr>
      </w:pPr>
      <w:r w:rsidRPr="00A66F5B">
        <w:rPr>
          <w:lang w:val="ru-RU"/>
        </w:rPr>
        <w:t>4. Настоящее постановление вступает в силу с момента его подписания.</w:t>
      </w:r>
    </w:p>
    <w:p w:rsidR="000E130E" w:rsidRPr="00A66F5B" w:rsidRDefault="000E130E">
      <w:pPr>
        <w:spacing w:after="120"/>
        <w:jc w:val="both"/>
        <w:rPr>
          <w:lang w:val="ru-RU"/>
        </w:rPr>
      </w:pPr>
    </w:p>
    <w:p w:rsidR="00114915" w:rsidRPr="00A66F5B" w:rsidRDefault="00E66B0D">
      <w:pPr>
        <w:spacing w:after="120"/>
        <w:rPr>
          <w:lang w:val="ru-RU"/>
        </w:rPr>
      </w:pPr>
      <w:proofErr w:type="spellStart"/>
      <w:r>
        <w:rPr>
          <w:lang w:val="ru-RU"/>
        </w:rPr>
        <w:t>Врио</w:t>
      </w:r>
      <w:proofErr w:type="spellEnd"/>
      <w:r>
        <w:rPr>
          <w:lang w:val="ru-RU"/>
        </w:rPr>
        <w:t xml:space="preserve"> главы администрации МО</w:t>
      </w:r>
      <w:r w:rsidR="00CB16ED" w:rsidRPr="00A66F5B">
        <w:rPr>
          <w:lang w:val="ru-RU"/>
        </w:rPr>
        <w:t xml:space="preserve"> «</w:t>
      </w:r>
      <w:proofErr w:type="spellStart"/>
      <w:proofErr w:type="gramStart"/>
      <w:r w:rsidR="00CB16ED" w:rsidRPr="00A66F5B">
        <w:rPr>
          <w:lang w:val="ru-RU"/>
        </w:rPr>
        <w:t>Маниловск</w:t>
      </w:r>
      <w:proofErr w:type="spellEnd"/>
      <w:r w:rsidR="00CB16ED" w:rsidRPr="00A66F5B">
        <w:rPr>
          <w:lang w:val="ru-RU"/>
        </w:rPr>
        <w:t>»</w:t>
      </w:r>
      <w:r>
        <w:rPr>
          <w:lang w:val="ru-RU"/>
        </w:rPr>
        <w:t xml:space="preserve">   </w:t>
      </w:r>
      <w:proofErr w:type="gramEnd"/>
      <w:r>
        <w:rPr>
          <w:lang w:val="ru-RU"/>
        </w:rPr>
        <w:t xml:space="preserve">                                  </w:t>
      </w:r>
      <w:proofErr w:type="spellStart"/>
      <w:r>
        <w:rPr>
          <w:lang w:val="ru-RU"/>
        </w:rPr>
        <w:t>Зарипова</w:t>
      </w:r>
      <w:proofErr w:type="spellEnd"/>
      <w:r>
        <w:rPr>
          <w:lang w:val="ru-RU"/>
        </w:rPr>
        <w:t xml:space="preserve"> М.В.</w:t>
      </w:r>
    </w:p>
    <w:p w:rsidR="00114915" w:rsidRPr="00A66F5B" w:rsidRDefault="00CB16ED">
      <w:pPr>
        <w:rPr>
          <w:lang w:val="ru-RU"/>
        </w:rPr>
      </w:pPr>
      <w:r w:rsidRPr="00A66F5B">
        <w:rPr>
          <w:lang w:val="ru-RU"/>
        </w:rPr>
        <w:br w:type="page"/>
      </w:r>
    </w:p>
    <w:p w:rsidR="00114915" w:rsidRPr="00A66F5B" w:rsidRDefault="00CB16ED" w:rsidP="00A66F5B">
      <w:pPr>
        <w:spacing w:after="0"/>
        <w:ind w:left="4962"/>
        <w:rPr>
          <w:lang w:val="ru-RU"/>
        </w:rPr>
      </w:pPr>
      <w:r w:rsidRPr="00A66F5B">
        <w:rPr>
          <w:lang w:val="ru-RU"/>
        </w:rPr>
        <w:lastRenderedPageBreak/>
        <w:t>Приложение № 1</w:t>
      </w:r>
    </w:p>
    <w:p w:rsidR="00114915" w:rsidRPr="00A66F5B" w:rsidRDefault="00CB16ED" w:rsidP="00A66F5B">
      <w:pPr>
        <w:spacing w:after="0"/>
        <w:ind w:left="4962"/>
        <w:rPr>
          <w:lang w:val="ru-RU"/>
        </w:rPr>
      </w:pPr>
      <w:r w:rsidRPr="00A66F5B">
        <w:rPr>
          <w:lang w:val="ru-RU"/>
        </w:rPr>
        <w:t>к постановлению Администрации</w:t>
      </w:r>
    </w:p>
    <w:p w:rsidR="00114915" w:rsidRPr="00A66F5B" w:rsidRDefault="00CB16ED" w:rsidP="00A66F5B">
      <w:pPr>
        <w:spacing w:after="0"/>
        <w:ind w:left="4962"/>
        <w:rPr>
          <w:lang w:val="ru-RU"/>
        </w:rPr>
      </w:pPr>
      <w:r w:rsidRPr="00A66F5B">
        <w:rPr>
          <w:lang w:val="ru-RU"/>
        </w:rPr>
        <w:t>муниципального образования «Маниловск»</w:t>
      </w:r>
    </w:p>
    <w:p w:rsidR="00114915" w:rsidRPr="00EB20D4" w:rsidRDefault="00E66B0D" w:rsidP="00A66F5B">
      <w:pPr>
        <w:spacing w:after="240"/>
        <w:ind w:left="4962"/>
        <w:rPr>
          <w:lang w:val="ru-RU"/>
        </w:rPr>
      </w:pPr>
      <w:proofErr w:type="gramStart"/>
      <w:r>
        <w:rPr>
          <w:lang w:val="ru-RU"/>
        </w:rPr>
        <w:t>от</w:t>
      </w:r>
      <w:proofErr w:type="gramEnd"/>
      <w:r>
        <w:rPr>
          <w:lang w:val="ru-RU"/>
        </w:rPr>
        <w:t xml:space="preserve"> 06</w:t>
      </w:r>
      <w:bookmarkStart w:id="0" w:name="_GoBack"/>
      <w:bookmarkEnd w:id="0"/>
      <w:r w:rsidR="00EB20D4" w:rsidRPr="00EB20D4">
        <w:rPr>
          <w:lang w:val="ru-RU"/>
        </w:rPr>
        <w:t>.</w:t>
      </w:r>
      <w:r w:rsidR="00EB20D4">
        <w:rPr>
          <w:lang w:val="ru-RU"/>
        </w:rPr>
        <w:t>10</w:t>
      </w:r>
      <w:r w:rsidR="00EB20D4" w:rsidRPr="00EB20D4">
        <w:rPr>
          <w:lang w:val="ru-RU"/>
        </w:rPr>
        <w:t xml:space="preserve">.2026 № </w:t>
      </w:r>
      <w:r w:rsidR="00EB20D4">
        <w:rPr>
          <w:lang w:val="ru-RU"/>
        </w:rPr>
        <w:t>35</w:t>
      </w:r>
      <w:r w:rsidR="00CB16ED" w:rsidRPr="00EB20D4">
        <w:rPr>
          <w:lang w:val="ru-RU"/>
        </w:rPr>
        <w:t>-П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5528"/>
        <w:gridCol w:w="2410"/>
      </w:tblGrid>
      <w:tr w:rsidR="00114915" w:rsidRPr="00EB20D4" w:rsidTr="00A66F5B">
        <w:trPr>
          <w:jc w:val="center"/>
        </w:trPr>
        <w:tc>
          <w:tcPr>
            <w:tcW w:w="851" w:type="dxa"/>
          </w:tcPr>
          <w:p w:rsidR="00114915" w:rsidRPr="00EB20D4" w:rsidRDefault="00CB16ED">
            <w:pPr>
              <w:jc w:val="center"/>
              <w:rPr>
                <w:lang w:val="ru-RU"/>
              </w:rPr>
            </w:pPr>
            <w:r w:rsidRPr="00EB20D4">
              <w:rPr>
                <w:b/>
                <w:lang w:val="ru-RU"/>
              </w:rPr>
              <w:t>№ п/п</w:t>
            </w:r>
          </w:p>
        </w:tc>
        <w:tc>
          <w:tcPr>
            <w:tcW w:w="5528" w:type="dxa"/>
          </w:tcPr>
          <w:p w:rsidR="00114915" w:rsidRPr="00EB20D4" w:rsidRDefault="00CB16ED">
            <w:pPr>
              <w:jc w:val="center"/>
              <w:rPr>
                <w:lang w:val="ru-RU"/>
              </w:rPr>
            </w:pPr>
            <w:r w:rsidRPr="00EB20D4">
              <w:rPr>
                <w:b/>
                <w:lang w:val="ru-RU"/>
              </w:rPr>
              <w:t>Адрес</w:t>
            </w:r>
          </w:p>
        </w:tc>
        <w:tc>
          <w:tcPr>
            <w:tcW w:w="2410" w:type="dxa"/>
          </w:tcPr>
          <w:p w:rsidR="00114915" w:rsidRPr="00EB20D4" w:rsidRDefault="00CB16ED">
            <w:pPr>
              <w:jc w:val="center"/>
              <w:rPr>
                <w:lang w:val="ru-RU"/>
              </w:rPr>
            </w:pPr>
            <w:r w:rsidRPr="00EB20D4">
              <w:rPr>
                <w:b/>
                <w:lang w:val="ru-RU"/>
              </w:rPr>
              <w:t>Кадастровый номер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Pr="00EB20D4" w:rsidRDefault="00CB16ED">
            <w:pPr>
              <w:rPr>
                <w:lang w:val="ru-RU"/>
              </w:rPr>
            </w:pPr>
            <w:r w:rsidRPr="00EB20D4">
              <w:rPr>
                <w:lang w:val="ru-RU"/>
              </w:rPr>
              <w:t>1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3</w:t>
            </w:r>
          </w:p>
        </w:tc>
        <w:tc>
          <w:tcPr>
            <w:tcW w:w="2410" w:type="dxa"/>
          </w:tcPr>
          <w:p w:rsidR="00114915" w:rsidRDefault="00CB16ED">
            <w:r>
              <w:t>85:01:080801:485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16</w:t>
            </w:r>
          </w:p>
        </w:tc>
        <w:tc>
          <w:tcPr>
            <w:tcW w:w="2410" w:type="dxa"/>
          </w:tcPr>
          <w:p w:rsidR="00114915" w:rsidRDefault="00CB16ED">
            <w:r>
              <w:t>85:01:080801:544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17</w:t>
            </w:r>
          </w:p>
        </w:tc>
        <w:tc>
          <w:tcPr>
            <w:tcW w:w="2410" w:type="dxa"/>
          </w:tcPr>
          <w:p w:rsidR="00114915" w:rsidRDefault="00CB16ED">
            <w:r>
              <w:t>85:01:080801:470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4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21</w:t>
            </w:r>
          </w:p>
        </w:tc>
        <w:tc>
          <w:tcPr>
            <w:tcW w:w="2410" w:type="dxa"/>
          </w:tcPr>
          <w:p w:rsidR="00114915" w:rsidRDefault="00CB16ED">
            <w:r>
              <w:t>85:01:080801:479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5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24</w:t>
            </w:r>
          </w:p>
        </w:tc>
        <w:tc>
          <w:tcPr>
            <w:tcW w:w="2410" w:type="dxa"/>
          </w:tcPr>
          <w:p w:rsidR="00114915" w:rsidRDefault="00CB16ED">
            <w:r>
              <w:t>85:01:080801:474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6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25</w:t>
            </w:r>
          </w:p>
        </w:tc>
        <w:tc>
          <w:tcPr>
            <w:tcW w:w="2410" w:type="dxa"/>
          </w:tcPr>
          <w:p w:rsidR="00114915" w:rsidRDefault="00CB16ED">
            <w:r>
              <w:t>85:01:080801:475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7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26</w:t>
            </w:r>
          </w:p>
        </w:tc>
        <w:tc>
          <w:tcPr>
            <w:tcW w:w="2410" w:type="dxa"/>
          </w:tcPr>
          <w:p w:rsidR="00114915" w:rsidRDefault="00CB16ED">
            <w:r>
              <w:t>85:01:080801:509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8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 xml:space="preserve">Российская Федерация, Иркутская область, муниципальный район Аларский, сельское </w:t>
            </w:r>
            <w:r w:rsidRPr="00A66F5B">
              <w:rPr>
                <w:lang w:val="ru-RU"/>
              </w:rPr>
              <w:lastRenderedPageBreak/>
              <w:t>поселение Маниловск, деревня Маниловская, территория Иркутск-45, улица Молодежная, дом 16, квартира 28</w:t>
            </w:r>
          </w:p>
        </w:tc>
        <w:tc>
          <w:tcPr>
            <w:tcW w:w="2410" w:type="dxa"/>
          </w:tcPr>
          <w:p w:rsidR="00114915" w:rsidRDefault="00CB16ED">
            <w:r>
              <w:lastRenderedPageBreak/>
              <w:t>85:01:080801:528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lastRenderedPageBreak/>
              <w:t>9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29</w:t>
            </w:r>
          </w:p>
        </w:tc>
        <w:tc>
          <w:tcPr>
            <w:tcW w:w="2410" w:type="dxa"/>
          </w:tcPr>
          <w:p w:rsidR="00114915" w:rsidRDefault="00CB16ED">
            <w:r>
              <w:t>85:01:080801:550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10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35</w:t>
            </w:r>
          </w:p>
        </w:tc>
        <w:tc>
          <w:tcPr>
            <w:tcW w:w="2410" w:type="dxa"/>
          </w:tcPr>
          <w:p w:rsidR="00114915" w:rsidRDefault="00CB16ED">
            <w:r>
              <w:t>85:01:080801:462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11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36</w:t>
            </w:r>
          </w:p>
        </w:tc>
        <w:tc>
          <w:tcPr>
            <w:tcW w:w="2410" w:type="dxa"/>
          </w:tcPr>
          <w:p w:rsidR="00114915" w:rsidRDefault="00CB16ED">
            <w:r>
              <w:t>85:01:080801:476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12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37</w:t>
            </w:r>
          </w:p>
        </w:tc>
        <w:tc>
          <w:tcPr>
            <w:tcW w:w="2410" w:type="dxa"/>
          </w:tcPr>
          <w:p w:rsidR="00114915" w:rsidRDefault="00CB16ED">
            <w:r>
              <w:t>85:01:080801:464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13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40</w:t>
            </w:r>
          </w:p>
        </w:tc>
        <w:tc>
          <w:tcPr>
            <w:tcW w:w="2410" w:type="dxa"/>
          </w:tcPr>
          <w:p w:rsidR="00114915" w:rsidRDefault="00CB16ED">
            <w:r>
              <w:t>85:01:080801:536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14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42</w:t>
            </w:r>
          </w:p>
        </w:tc>
        <w:tc>
          <w:tcPr>
            <w:tcW w:w="2410" w:type="dxa"/>
          </w:tcPr>
          <w:p w:rsidR="00114915" w:rsidRDefault="00CB16ED">
            <w:r>
              <w:t>85:01:080801:412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15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44</w:t>
            </w:r>
          </w:p>
        </w:tc>
        <w:tc>
          <w:tcPr>
            <w:tcW w:w="2410" w:type="dxa"/>
          </w:tcPr>
          <w:p w:rsidR="00114915" w:rsidRDefault="00CB16ED">
            <w:r>
              <w:t>85:01:080801:415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16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45</w:t>
            </w:r>
          </w:p>
        </w:tc>
        <w:tc>
          <w:tcPr>
            <w:tcW w:w="2410" w:type="dxa"/>
          </w:tcPr>
          <w:p w:rsidR="00114915" w:rsidRDefault="00CB16ED">
            <w:r>
              <w:t>85:01:080801:480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17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 xml:space="preserve">Российская Федерация, Иркутская область, муниципальный район Аларский, сельское поселение Маниловск, деревня Маниловская, </w:t>
            </w:r>
            <w:r w:rsidRPr="00A66F5B">
              <w:rPr>
                <w:lang w:val="ru-RU"/>
              </w:rPr>
              <w:lastRenderedPageBreak/>
              <w:t>территория Иркутск-45, улица Молодежная, дом 16, квартира 49</w:t>
            </w:r>
          </w:p>
        </w:tc>
        <w:tc>
          <w:tcPr>
            <w:tcW w:w="2410" w:type="dxa"/>
          </w:tcPr>
          <w:p w:rsidR="00114915" w:rsidRDefault="00CB16ED">
            <w:r>
              <w:lastRenderedPageBreak/>
              <w:t>85:01:080801:508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lastRenderedPageBreak/>
              <w:t>18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50</w:t>
            </w:r>
          </w:p>
        </w:tc>
        <w:tc>
          <w:tcPr>
            <w:tcW w:w="2410" w:type="dxa"/>
          </w:tcPr>
          <w:p w:rsidR="00114915" w:rsidRDefault="00CB16ED">
            <w:r>
              <w:t>85:01:080801:450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19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51</w:t>
            </w:r>
          </w:p>
        </w:tc>
        <w:tc>
          <w:tcPr>
            <w:tcW w:w="2410" w:type="dxa"/>
          </w:tcPr>
          <w:p w:rsidR="00114915" w:rsidRDefault="00CB16ED">
            <w:r>
              <w:t>85:01:080801:467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20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53</w:t>
            </w:r>
          </w:p>
        </w:tc>
        <w:tc>
          <w:tcPr>
            <w:tcW w:w="2410" w:type="dxa"/>
          </w:tcPr>
          <w:p w:rsidR="00114915" w:rsidRDefault="00CB16ED">
            <w:r>
              <w:t>85:01:080801:699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21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55</w:t>
            </w:r>
          </w:p>
        </w:tc>
        <w:tc>
          <w:tcPr>
            <w:tcW w:w="2410" w:type="dxa"/>
          </w:tcPr>
          <w:p w:rsidR="00114915" w:rsidRDefault="00CB16ED">
            <w:r>
              <w:t>85:01:080801:714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22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8</w:t>
            </w:r>
          </w:p>
        </w:tc>
        <w:tc>
          <w:tcPr>
            <w:tcW w:w="2410" w:type="dxa"/>
          </w:tcPr>
          <w:p w:rsidR="00114915" w:rsidRDefault="00CB16ED">
            <w:r>
              <w:t>85:01:080801:410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23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11</w:t>
            </w:r>
          </w:p>
        </w:tc>
        <w:tc>
          <w:tcPr>
            <w:tcW w:w="2410" w:type="dxa"/>
          </w:tcPr>
          <w:p w:rsidR="00114915" w:rsidRDefault="00CB16ED">
            <w:r>
              <w:t>85:01:080801:414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24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16</w:t>
            </w:r>
          </w:p>
        </w:tc>
        <w:tc>
          <w:tcPr>
            <w:tcW w:w="2410" w:type="dxa"/>
          </w:tcPr>
          <w:p w:rsidR="00114915" w:rsidRDefault="00CB16ED">
            <w:r>
              <w:t>85:01:080801:419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25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20</w:t>
            </w:r>
          </w:p>
        </w:tc>
        <w:tc>
          <w:tcPr>
            <w:tcW w:w="2410" w:type="dxa"/>
          </w:tcPr>
          <w:p w:rsidR="00114915" w:rsidRDefault="00CB16ED">
            <w:r>
              <w:t>85:01:080801:478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26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 xml:space="preserve"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</w:t>
            </w:r>
            <w:r w:rsidRPr="00A66F5B">
              <w:rPr>
                <w:lang w:val="ru-RU"/>
              </w:rPr>
              <w:lastRenderedPageBreak/>
              <w:t>квартира 21</w:t>
            </w:r>
          </w:p>
        </w:tc>
        <w:tc>
          <w:tcPr>
            <w:tcW w:w="2410" w:type="dxa"/>
          </w:tcPr>
          <w:p w:rsidR="00114915" w:rsidRDefault="00CB16ED">
            <w:r>
              <w:lastRenderedPageBreak/>
              <w:t>85:01:080801:409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lastRenderedPageBreak/>
              <w:t>27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25</w:t>
            </w:r>
          </w:p>
        </w:tc>
        <w:tc>
          <w:tcPr>
            <w:tcW w:w="2410" w:type="dxa"/>
          </w:tcPr>
          <w:p w:rsidR="00114915" w:rsidRDefault="00CB16ED">
            <w:r>
              <w:t>85:01:080801:411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28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34</w:t>
            </w:r>
          </w:p>
        </w:tc>
        <w:tc>
          <w:tcPr>
            <w:tcW w:w="2410" w:type="dxa"/>
          </w:tcPr>
          <w:p w:rsidR="00114915" w:rsidRDefault="00CB16ED">
            <w:r>
              <w:t>85:01:080801:465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29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39</w:t>
            </w:r>
          </w:p>
        </w:tc>
        <w:tc>
          <w:tcPr>
            <w:tcW w:w="2410" w:type="dxa"/>
          </w:tcPr>
          <w:p w:rsidR="00114915" w:rsidRDefault="00CB16ED">
            <w:r>
              <w:t>85:01:080801:449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30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53</w:t>
            </w:r>
          </w:p>
        </w:tc>
        <w:tc>
          <w:tcPr>
            <w:tcW w:w="2410" w:type="dxa"/>
          </w:tcPr>
          <w:p w:rsidR="00114915" w:rsidRDefault="00CB16ED">
            <w:r>
              <w:t>85:01:080801:468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31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66</w:t>
            </w:r>
          </w:p>
        </w:tc>
        <w:tc>
          <w:tcPr>
            <w:tcW w:w="2410" w:type="dxa"/>
          </w:tcPr>
          <w:p w:rsidR="00114915" w:rsidRDefault="00CB16ED">
            <w:r>
              <w:t>85:01:080801:413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32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72</w:t>
            </w:r>
          </w:p>
        </w:tc>
        <w:tc>
          <w:tcPr>
            <w:tcW w:w="2410" w:type="dxa"/>
          </w:tcPr>
          <w:p w:rsidR="00114915" w:rsidRDefault="00CB16ED">
            <w:r>
              <w:t>85:01:080801:448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33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73</w:t>
            </w:r>
          </w:p>
        </w:tc>
        <w:tc>
          <w:tcPr>
            <w:tcW w:w="2410" w:type="dxa"/>
          </w:tcPr>
          <w:p w:rsidR="00114915" w:rsidRDefault="00CB16ED">
            <w:r>
              <w:t>85:01:080801:477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34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78</w:t>
            </w:r>
          </w:p>
        </w:tc>
        <w:tc>
          <w:tcPr>
            <w:tcW w:w="2410" w:type="dxa"/>
          </w:tcPr>
          <w:p w:rsidR="00114915" w:rsidRDefault="00CB16ED">
            <w:r>
              <w:t>85:01:080801:463</w:t>
            </w:r>
          </w:p>
        </w:tc>
      </w:tr>
      <w:tr w:rsidR="00114915" w:rsidTr="00A66F5B">
        <w:trPr>
          <w:jc w:val="center"/>
        </w:trPr>
        <w:tc>
          <w:tcPr>
            <w:tcW w:w="851" w:type="dxa"/>
          </w:tcPr>
          <w:p w:rsidR="00114915" w:rsidRDefault="00CB16ED">
            <w:r>
              <w:t>35</w:t>
            </w:r>
          </w:p>
        </w:tc>
        <w:tc>
          <w:tcPr>
            <w:tcW w:w="5528" w:type="dxa"/>
          </w:tcPr>
          <w:p w:rsidR="00114915" w:rsidRPr="00A66F5B" w:rsidRDefault="00CB16ED">
            <w:pPr>
              <w:rPr>
                <w:lang w:val="ru-RU"/>
              </w:rPr>
            </w:pPr>
            <w:r w:rsidRPr="00A66F5B">
              <w:rPr>
                <w:lang w:val="ru-RU"/>
              </w:rPr>
              <w:t>Российская Федерация, 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79</w:t>
            </w:r>
          </w:p>
        </w:tc>
        <w:tc>
          <w:tcPr>
            <w:tcW w:w="2410" w:type="dxa"/>
          </w:tcPr>
          <w:p w:rsidR="00114915" w:rsidRDefault="00CB16ED">
            <w:r>
              <w:t>85:01:080801:451</w:t>
            </w:r>
          </w:p>
        </w:tc>
      </w:tr>
    </w:tbl>
    <w:p w:rsidR="00CB16ED" w:rsidRPr="00A66F5B" w:rsidRDefault="00CB16ED" w:rsidP="000E130E">
      <w:pPr>
        <w:rPr>
          <w:lang w:val="ru-RU"/>
        </w:rPr>
      </w:pPr>
    </w:p>
    <w:sectPr w:rsidR="00CB16ED" w:rsidRPr="00A66F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130E"/>
    <w:rsid w:val="00114915"/>
    <w:rsid w:val="0015074B"/>
    <w:rsid w:val="0029639D"/>
    <w:rsid w:val="00326F90"/>
    <w:rsid w:val="00A66F5B"/>
    <w:rsid w:val="00AA1D8D"/>
    <w:rsid w:val="00B47730"/>
    <w:rsid w:val="00BA5A27"/>
    <w:rsid w:val="00CB0664"/>
    <w:rsid w:val="00CB16ED"/>
    <w:rsid w:val="00E66B0D"/>
    <w:rsid w:val="00EB20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BDAA0A6-98D5-40B8-9CA6-934496CE8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A5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A5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DBD9E0-D81A-48A1-B81B-A9B0040B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1252</Words>
  <Characters>7137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8373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4</cp:revision>
  <cp:lastPrinted>2026-10-06T06:02:00Z</cp:lastPrinted>
  <dcterms:created xsi:type="dcterms:W3CDTF">2013-12-23T23:15:00Z</dcterms:created>
  <dcterms:modified xsi:type="dcterms:W3CDTF">2026-10-06T06:03:00Z</dcterms:modified>
  <cp:category/>
</cp:coreProperties>
</file>